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699248" cy="9966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99248" cy="9966960"/>
                    </a:xfrm>
                    <a:prstGeom prst="rect"/>
                  </pic:spPr>
                </pic:pic>
              </a:graphicData>
            </a:graphic>
          </wp:inline>
        </w:drawing>
      </w:r>
      <w:r>
        <w:br/>
      </w:r>
    </w:p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699248" cy="996696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99248" cy="996696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  <w:rPr>
      <w:rFonts w:ascii="Arial" w:hAnsi="Arial" w:eastAsia="Arial"/>
      <w:sz w:val="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PX3B-F002 Volunteer Application Form (Free-World) - Updated Address</dc:title>
  <dc:subject/>
  <dc:creator>Prisoners Behind Broken Bars (Px3B)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